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26EB9" w14:textId="77777777" w:rsidR="00873585" w:rsidRDefault="00000000">
      <w:pPr>
        <w:spacing w:after="40"/>
        <w:jc w:val="center"/>
      </w:pPr>
      <w:r>
        <w:rPr>
          <w:rFonts w:cs="Calibri"/>
          <w:b/>
          <w:color w:val="1F4E79"/>
          <w:sz w:val="48"/>
        </w:rPr>
        <w:t>UMDE SÜRECİ</w:t>
      </w:r>
    </w:p>
    <w:p w14:paraId="476EA4B2" w14:textId="77777777" w:rsidR="00873585" w:rsidRDefault="00000000">
      <w:pPr>
        <w:spacing w:after="240"/>
        <w:jc w:val="center"/>
      </w:pPr>
      <w:r>
        <w:rPr>
          <w:rFonts w:cs="Calibri"/>
          <w:b/>
          <w:color w:val="5B6774"/>
          <w:sz w:val="26"/>
        </w:rPr>
        <w:t>Genel Akış ve Sorumluluk Özeti</w:t>
      </w:r>
    </w:p>
    <w:p w14:paraId="5C4AE3CE" w14:textId="77777777" w:rsidR="00873585" w:rsidRDefault="00000000">
      <w:pPr>
        <w:spacing w:before="280" w:after="120"/>
      </w:pPr>
      <w:proofErr w:type="spellStart"/>
      <w:r>
        <w:rPr>
          <w:rFonts w:cs="Calibri"/>
          <w:b/>
          <w:color w:val="1F4E79"/>
          <w:sz w:val="32"/>
        </w:rPr>
        <w:t>Paydaşlara</w:t>
      </w:r>
      <w:proofErr w:type="spellEnd"/>
      <w:r>
        <w:rPr>
          <w:rFonts w:cs="Calibri"/>
          <w:b/>
          <w:color w:val="1F4E79"/>
          <w:sz w:val="32"/>
        </w:rPr>
        <w:t xml:space="preserve"> </w:t>
      </w:r>
      <w:proofErr w:type="spellStart"/>
      <w:r>
        <w:rPr>
          <w:rFonts w:cs="Calibri"/>
          <w:b/>
          <w:color w:val="1F4E79"/>
          <w:sz w:val="32"/>
        </w:rPr>
        <w:t>Göre</w:t>
      </w:r>
      <w:proofErr w:type="spellEnd"/>
      <w:r>
        <w:rPr>
          <w:rFonts w:cs="Calibri"/>
          <w:b/>
          <w:color w:val="1F4E79"/>
          <w:sz w:val="32"/>
        </w:rPr>
        <w:t xml:space="preserve"> </w:t>
      </w:r>
      <w:proofErr w:type="spellStart"/>
      <w:r>
        <w:rPr>
          <w:rFonts w:cs="Calibri"/>
          <w:b/>
          <w:color w:val="1F4E79"/>
          <w:sz w:val="32"/>
        </w:rPr>
        <w:t>Süreç</w:t>
      </w:r>
      <w:proofErr w:type="spellEnd"/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2219"/>
        <w:gridCol w:w="7141"/>
      </w:tblGrid>
      <w:tr w:rsidR="00873585" w14:paraId="775BDE2D" w14:textId="77777777">
        <w:tc>
          <w:tcPr>
            <w:tcW w:w="2376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shd w:val="clear" w:color="auto" w:fill="D9EA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123478" w14:textId="77777777" w:rsidR="00873585" w:rsidRDefault="00000000">
            <w:pPr>
              <w:spacing w:after="0"/>
            </w:pPr>
            <w:r>
              <w:rPr>
                <w:rFonts w:cs="Calibri"/>
                <w:b/>
                <w:color w:val="1F4E79"/>
                <w:sz w:val="23"/>
              </w:rPr>
              <w:t>FAKÜLTE</w:t>
            </w:r>
          </w:p>
        </w:tc>
        <w:tc>
          <w:tcPr>
            <w:tcW w:w="7703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573C93F" w14:textId="77777777" w:rsidR="00873585" w:rsidRDefault="00000000">
            <w:pPr>
              <w:pStyle w:val="ListeMaddemi"/>
              <w:spacing w:after="60" w:line="259" w:lineRule="auto"/>
            </w:pPr>
            <w:r>
              <w:rPr>
                <w:rFonts w:cs="Calibri"/>
                <w:color w:val="1F2A37"/>
                <w:sz w:val="19"/>
              </w:rPr>
              <w:t>Protokol sürecini yürütür; protokol sınırı bulunmaz.</w:t>
            </w:r>
          </w:p>
          <w:p w14:paraId="15FC2DB6" w14:textId="77777777" w:rsidR="00873585" w:rsidRDefault="00000000">
            <w:pPr>
              <w:pStyle w:val="ListeMaddemi"/>
              <w:spacing w:after="60" w:line="259" w:lineRule="auto"/>
            </w:pPr>
            <w:r>
              <w:rPr>
                <w:rFonts w:cs="Calibri"/>
                <w:color w:val="1F2A37"/>
                <w:sz w:val="19"/>
              </w:rPr>
              <w:t>SGK sürecini ders kaydı haftasına kadar tamamlar.</w:t>
            </w:r>
          </w:p>
          <w:p w14:paraId="06725EF6" w14:textId="77777777" w:rsidR="00873585" w:rsidRDefault="00000000">
            <w:pPr>
              <w:pStyle w:val="ListeMaddemi"/>
              <w:spacing w:after="60" w:line="259" w:lineRule="auto"/>
            </w:pPr>
            <w:r>
              <w:rPr>
                <w:rFonts w:cs="Calibri"/>
                <w:color w:val="1F2A37"/>
                <w:sz w:val="19"/>
              </w:rPr>
              <w:t>Ara sınav değerlendirmesini fakülte vize haftasında alır.</w:t>
            </w:r>
          </w:p>
          <w:p w14:paraId="6CB1AD8D" w14:textId="77777777" w:rsidR="00873585" w:rsidRDefault="00000000">
            <w:pPr>
              <w:pStyle w:val="ListeMaddemi"/>
              <w:spacing w:after="60" w:line="259" w:lineRule="auto"/>
            </w:pPr>
            <w:r>
              <w:rPr>
                <w:rFonts w:cs="Calibri"/>
                <w:color w:val="1F2A37"/>
                <w:sz w:val="19"/>
              </w:rPr>
              <w:t>Final değerlendirme formunu fakülte final haftasında değerlendirir.</w:t>
            </w:r>
          </w:p>
        </w:tc>
      </w:tr>
      <w:tr w:rsidR="00873585" w14:paraId="5BC66FD8" w14:textId="77777777">
        <w:tc>
          <w:tcPr>
            <w:tcW w:w="2376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shd w:val="clear" w:color="auto" w:fill="F2F4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A674A2E" w14:textId="77777777" w:rsidR="00873585" w:rsidRDefault="00000000">
            <w:pPr>
              <w:spacing w:after="0"/>
            </w:pPr>
            <w:r>
              <w:rPr>
                <w:rFonts w:cs="Calibri"/>
                <w:b/>
                <w:color w:val="1F4E79"/>
                <w:sz w:val="23"/>
              </w:rPr>
              <w:t>FİRMA</w:t>
            </w:r>
          </w:p>
        </w:tc>
        <w:tc>
          <w:tcPr>
            <w:tcW w:w="7703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795747F" w14:textId="77777777" w:rsidR="00873585" w:rsidRDefault="00000000">
            <w:pPr>
              <w:pStyle w:val="ListeMaddemi"/>
              <w:spacing w:after="60" w:line="259" w:lineRule="auto"/>
            </w:pPr>
            <w:r>
              <w:rPr>
                <w:rFonts w:cs="Calibri"/>
                <w:color w:val="1F2A37"/>
                <w:sz w:val="19"/>
              </w:rPr>
              <w:t>MUYS kaydını ders kayıtlarından bir hafta öncesine kadar tamamlar.</w:t>
            </w:r>
          </w:p>
          <w:p w14:paraId="0BA2DEF1" w14:textId="77777777" w:rsidR="00873585" w:rsidRDefault="00000000">
            <w:pPr>
              <w:pStyle w:val="ListeMaddemi"/>
              <w:spacing w:after="60" w:line="259" w:lineRule="auto"/>
            </w:pPr>
            <w:r>
              <w:rPr>
                <w:rFonts w:cs="Calibri"/>
                <w:color w:val="1F2A37"/>
                <w:sz w:val="19"/>
              </w:rPr>
              <w:t>Protokol işlemlerini ders kayıtlarından bir hafta öncesine kadar tamamlar.</w:t>
            </w:r>
          </w:p>
          <w:p w14:paraId="024F7CE0" w14:textId="77777777" w:rsidR="00873585" w:rsidRDefault="00000000">
            <w:pPr>
              <w:pStyle w:val="ListeMaddemi"/>
              <w:spacing w:after="60" w:line="259" w:lineRule="auto"/>
            </w:pPr>
            <w:r>
              <w:rPr>
                <w:rFonts w:cs="Calibri"/>
                <w:color w:val="1F2A37"/>
                <w:sz w:val="19"/>
              </w:rPr>
              <w:t>Öğrenci mülakatlarını yapar ve sonucu fakülteye iletir.</w:t>
            </w:r>
          </w:p>
          <w:p w14:paraId="3E764F21" w14:textId="77777777" w:rsidR="00873585" w:rsidRDefault="00000000">
            <w:pPr>
              <w:pStyle w:val="ListeMaddemi"/>
              <w:spacing w:after="60" w:line="259" w:lineRule="auto"/>
            </w:pPr>
            <w:r>
              <w:rPr>
                <w:rFonts w:cs="Calibri"/>
                <w:color w:val="1F2A37"/>
                <w:sz w:val="19"/>
              </w:rPr>
              <w:t>UMDE sonunda final değerlendirme formunu sürece dahil eder.</w:t>
            </w:r>
          </w:p>
        </w:tc>
      </w:tr>
      <w:tr w:rsidR="00873585" w14:paraId="75FF5797" w14:textId="77777777">
        <w:tc>
          <w:tcPr>
            <w:tcW w:w="2376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shd w:val="clear" w:color="auto" w:fill="D9EA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6BD8D8E" w14:textId="77777777" w:rsidR="00873585" w:rsidRDefault="00000000">
            <w:pPr>
              <w:spacing w:after="0"/>
            </w:pPr>
            <w:r>
              <w:rPr>
                <w:rFonts w:cs="Calibri"/>
                <w:b/>
                <w:color w:val="1F4E79"/>
                <w:sz w:val="23"/>
              </w:rPr>
              <w:t>ÖĞRENCİ</w:t>
            </w:r>
          </w:p>
        </w:tc>
        <w:tc>
          <w:tcPr>
            <w:tcW w:w="7703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0EC637F" w14:textId="77777777" w:rsidR="00873585" w:rsidRDefault="00000000">
            <w:pPr>
              <w:pStyle w:val="ListeMaddemi"/>
              <w:spacing w:after="60" w:line="259" w:lineRule="auto"/>
            </w:pPr>
            <w:r>
              <w:rPr>
                <w:rFonts w:cs="Calibri"/>
                <w:color w:val="1F2A37"/>
                <w:sz w:val="19"/>
              </w:rPr>
              <w:t>MUYS kaydını ders kayıtlarından bir hafta öncesine kadar tamamlar.</w:t>
            </w:r>
          </w:p>
          <w:p w14:paraId="57B1A99F" w14:textId="77777777" w:rsidR="00873585" w:rsidRDefault="00000000">
            <w:pPr>
              <w:pStyle w:val="ListeMaddemi"/>
              <w:spacing w:after="60" w:line="259" w:lineRule="auto"/>
            </w:pPr>
            <w:r>
              <w:rPr>
                <w:rFonts w:cs="Calibri"/>
                <w:color w:val="1F2A37"/>
                <w:sz w:val="19"/>
              </w:rPr>
              <w:t>Firma eşleştirme sürecini ders kayıtlarından bir hafta öncesine kadar tamamlar.</w:t>
            </w:r>
          </w:p>
          <w:p w14:paraId="55C5123A" w14:textId="77777777" w:rsidR="00873585" w:rsidRDefault="00000000">
            <w:pPr>
              <w:pStyle w:val="ListeMaddemi"/>
              <w:spacing w:after="60" w:line="259" w:lineRule="auto"/>
            </w:pPr>
            <w:r>
              <w:rPr>
                <w:rFonts w:cs="Calibri"/>
                <w:color w:val="1F2A37"/>
                <w:sz w:val="19"/>
              </w:rPr>
              <w:t>SABİS ders seçimini akademik takvimde belirtilen tarihte yapar.</w:t>
            </w:r>
          </w:p>
          <w:p w14:paraId="04591045" w14:textId="77777777" w:rsidR="00873585" w:rsidRDefault="00000000">
            <w:pPr>
              <w:pStyle w:val="ListeMaddemi"/>
              <w:spacing w:after="60" w:line="259" w:lineRule="auto"/>
            </w:pPr>
            <w:r>
              <w:rPr>
                <w:rFonts w:cs="Calibri"/>
                <w:color w:val="1F2A37"/>
                <w:sz w:val="19"/>
              </w:rPr>
              <w:t>UMDE başlangıcı eğitim-öğretimin ilk haftasında yapılır.</w:t>
            </w:r>
          </w:p>
          <w:p w14:paraId="67D1C855" w14:textId="77777777" w:rsidR="00873585" w:rsidRDefault="00000000">
            <w:pPr>
              <w:pStyle w:val="ListeMaddemi"/>
              <w:spacing w:after="60" w:line="259" w:lineRule="auto"/>
            </w:pPr>
            <w:r>
              <w:rPr>
                <w:rFonts w:cs="Calibri"/>
                <w:color w:val="1F2A37"/>
                <w:sz w:val="19"/>
              </w:rPr>
              <w:t>Çalışma raporlarını 4., 8. ve 12. haftalarda teslim eder.</w:t>
            </w:r>
          </w:p>
        </w:tc>
      </w:tr>
      <w:tr w:rsidR="00873585" w14:paraId="76788A3B" w14:textId="77777777">
        <w:tc>
          <w:tcPr>
            <w:tcW w:w="2376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shd w:val="clear" w:color="auto" w:fill="F2F4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FD03F94" w14:textId="77777777" w:rsidR="00873585" w:rsidRDefault="00000000">
            <w:pPr>
              <w:spacing w:after="0"/>
            </w:pPr>
            <w:r>
              <w:rPr>
                <w:rFonts w:cs="Calibri"/>
                <w:b/>
                <w:color w:val="1F4E79"/>
                <w:sz w:val="23"/>
              </w:rPr>
              <w:t>BÖLÜM BAŞKANLIĞI</w:t>
            </w:r>
          </w:p>
        </w:tc>
        <w:tc>
          <w:tcPr>
            <w:tcW w:w="7703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323F731" w14:textId="77777777" w:rsidR="00873585" w:rsidRDefault="00000000">
            <w:pPr>
              <w:pStyle w:val="ListeMaddemi"/>
              <w:spacing w:after="60" w:line="259" w:lineRule="auto"/>
            </w:pPr>
            <w:r>
              <w:rPr>
                <w:rFonts w:cs="Calibri"/>
                <w:color w:val="1F2A37"/>
                <w:sz w:val="19"/>
              </w:rPr>
              <w:t>Öğrenci-firma eşleştirmesini ders kayıtlarından bir hafta öncesine kadar tamamlar.</w:t>
            </w:r>
          </w:p>
          <w:p w14:paraId="25CEF841" w14:textId="77777777" w:rsidR="00873585" w:rsidRDefault="00000000">
            <w:pPr>
              <w:pStyle w:val="ListeMaddemi"/>
              <w:spacing w:after="60" w:line="259" w:lineRule="auto"/>
            </w:pPr>
            <w:r>
              <w:rPr>
                <w:rFonts w:cs="Calibri"/>
                <w:color w:val="1F2A37"/>
                <w:sz w:val="19"/>
              </w:rPr>
              <w:t>Danışman atamasını eğitim-öğretimin ilk haftasında yapar.</w:t>
            </w:r>
          </w:p>
          <w:p w14:paraId="1016AD35" w14:textId="77777777" w:rsidR="00873585" w:rsidRDefault="00000000">
            <w:pPr>
              <w:pStyle w:val="ListeMaddemi"/>
              <w:spacing w:after="60" w:line="259" w:lineRule="auto"/>
            </w:pPr>
            <w:r>
              <w:rPr>
                <w:rFonts w:cs="Calibri"/>
                <w:color w:val="1F2A37"/>
                <w:sz w:val="19"/>
              </w:rPr>
              <w:t>Ara değerlendirmeyi fakülte vize haftasında yürütür.</w:t>
            </w:r>
          </w:p>
          <w:p w14:paraId="50FF8AB1" w14:textId="77777777" w:rsidR="00873585" w:rsidRDefault="00000000">
            <w:pPr>
              <w:pStyle w:val="ListeMaddemi"/>
              <w:spacing w:after="60" w:line="259" w:lineRule="auto"/>
            </w:pPr>
            <w:r>
              <w:rPr>
                <w:rFonts w:cs="Calibri"/>
                <w:color w:val="1F2A37"/>
                <w:sz w:val="19"/>
              </w:rPr>
              <w:t>Çalışma raporlarını ve final değerlendirmesini takip eder.</w:t>
            </w:r>
          </w:p>
        </w:tc>
      </w:tr>
    </w:tbl>
    <w:p w14:paraId="095BE2C9" w14:textId="77777777" w:rsidR="00873585" w:rsidRDefault="00000000">
      <w:pPr>
        <w:spacing w:before="280" w:after="120"/>
      </w:pPr>
      <w:r>
        <w:rPr>
          <w:rFonts w:cs="Calibri"/>
          <w:b/>
          <w:color w:val="1F4E79"/>
          <w:sz w:val="32"/>
        </w:rPr>
        <w:t>Takvim ve Kritik Teslimler</w:t>
      </w:r>
    </w:p>
    <w:tbl>
      <w:tblPr>
        <w:tblW w:w="10498" w:type="dxa"/>
        <w:tblLayout w:type="fixed"/>
        <w:tblLook w:val="04A0" w:firstRow="1" w:lastRow="0" w:firstColumn="1" w:lastColumn="0" w:noHBand="0" w:noVBand="1"/>
      </w:tblPr>
      <w:tblGrid>
        <w:gridCol w:w="3958"/>
        <w:gridCol w:w="3270"/>
        <w:gridCol w:w="3270"/>
      </w:tblGrid>
      <w:tr w:rsidR="00B53144" w14:paraId="33FAB9B9" w14:textId="3CAC861F" w:rsidTr="00B53144">
        <w:tc>
          <w:tcPr>
            <w:tcW w:w="3958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1F4E7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517FB7C" w14:textId="77777777" w:rsidR="00B53144" w:rsidRDefault="00B53144">
            <w:r>
              <w:rPr>
                <w:rFonts w:cs="Calibri"/>
                <w:b/>
                <w:color w:val="FFFFFF"/>
                <w:sz w:val="20"/>
              </w:rPr>
              <w:t>Zaman</w:t>
            </w:r>
          </w:p>
        </w:tc>
        <w:tc>
          <w:tcPr>
            <w:tcW w:w="3270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1F4E7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4177BF2" w14:textId="77777777" w:rsidR="00B53144" w:rsidRDefault="00B53144">
            <w:r>
              <w:rPr>
                <w:rFonts w:cs="Calibri"/>
                <w:b/>
                <w:color w:val="FFFFFF"/>
                <w:sz w:val="20"/>
              </w:rPr>
              <w:t>İşlem / Kontrol Noktası</w:t>
            </w:r>
          </w:p>
        </w:tc>
        <w:tc>
          <w:tcPr>
            <w:tcW w:w="3270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1F4E79"/>
          </w:tcPr>
          <w:p w14:paraId="41A21593" w14:textId="02C755D2" w:rsidR="00B53144" w:rsidRDefault="00B53144">
            <w:pPr>
              <w:rPr>
                <w:rFonts w:cs="Calibri"/>
                <w:b/>
                <w:color w:val="FFFFFF"/>
                <w:sz w:val="20"/>
              </w:rPr>
            </w:pPr>
            <w:r>
              <w:rPr>
                <w:rFonts w:cs="Calibri"/>
                <w:b/>
                <w:color w:val="FFFFFF"/>
                <w:sz w:val="20"/>
              </w:rPr>
              <w:t xml:space="preserve">2026- 2027 </w:t>
            </w:r>
            <w:proofErr w:type="spellStart"/>
            <w:r>
              <w:rPr>
                <w:rFonts w:cs="Calibri"/>
                <w:b/>
                <w:color w:val="FFFFFF"/>
                <w:sz w:val="20"/>
              </w:rPr>
              <w:t>Güz</w:t>
            </w:r>
            <w:proofErr w:type="spellEnd"/>
            <w:r>
              <w:rPr>
                <w:rFonts w:cs="Calibri"/>
                <w:b/>
                <w:color w:val="FFFFFF"/>
                <w:sz w:val="20"/>
              </w:rPr>
              <w:t xml:space="preserve"> Dönemi </w:t>
            </w:r>
            <w:proofErr w:type="spellStart"/>
            <w:r>
              <w:rPr>
                <w:rFonts w:cs="Calibri"/>
                <w:b/>
                <w:color w:val="FFFFFF"/>
                <w:sz w:val="20"/>
              </w:rPr>
              <w:t>İçin</w:t>
            </w:r>
            <w:proofErr w:type="spellEnd"/>
            <w:r>
              <w:rPr>
                <w:rFonts w:cs="Calibri"/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rFonts w:cs="Calibri"/>
                <w:b/>
                <w:color w:val="FFFFFF"/>
                <w:sz w:val="20"/>
              </w:rPr>
              <w:t>Tarihler</w:t>
            </w:r>
            <w:proofErr w:type="spellEnd"/>
          </w:p>
        </w:tc>
      </w:tr>
      <w:tr w:rsidR="00B53144" w14:paraId="53656FDE" w14:textId="022278BB" w:rsidTr="00B53144">
        <w:tc>
          <w:tcPr>
            <w:tcW w:w="3958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4B3BAA3" w14:textId="77777777" w:rsidR="00B53144" w:rsidRDefault="00B53144">
            <w:pPr>
              <w:spacing w:after="0" w:line="259" w:lineRule="auto"/>
            </w:pPr>
            <w:r>
              <w:rPr>
                <w:rFonts w:cs="Calibri"/>
                <w:b/>
                <w:color w:val="1F2A37"/>
                <w:sz w:val="19"/>
              </w:rPr>
              <w:t xml:space="preserve">Ders </w:t>
            </w:r>
            <w:proofErr w:type="spellStart"/>
            <w:r>
              <w:rPr>
                <w:rFonts w:cs="Calibri"/>
                <w:b/>
                <w:color w:val="1F2A37"/>
                <w:sz w:val="19"/>
              </w:rPr>
              <w:t>kayıtlarından</w:t>
            </w:r>
            <w:proofErr w:type="spellEnd"/>
            <w:r>
              <w:rPr>
                <w:rFonts w:cs="Calibri"/>
                <w:b/>
                <w:color w:val="1F2A37"/>
                <w:sz w:val="19"/>
              </w:rPr>
              <w:t xml:space="preserve"> 1 </w:t>
            </w:r>
            <w:proofErr w:type="spellStart"/>
            <w:r>
              <w:rPr>
                <w:rFonts w:cs="Calibri"/>
                <w:b/>
                <w:color w:val="1F2A37"/>
                <w:sz w:val="19"/>
              </w:rPr>
              <w:t>hafta</w:t>
            </w:r>
            <w:proofErr w:type="spellEnd"/>
            <w:r>
              <w:rPr>
                <w:rFonts w:cs="Calibri"/>
                <w:b/>
                <w:color w:val="1F2A37"/>
                <w:sz w:val="19"/>
              </w:rPr>
              <w:t xml:space="preserve"> </w:t>
            </w:r>
            <w:proofErr w:type="spellStart"/>
            <w:r>
              <w:rPr>
                <w:rFonts w:cs="Calibri"/>
                <w:b/>
                <w:color w:val="1F2A37"/>
                <w:sz w:val="19"/>
              </w:rPr>
              <w:t>önce</w:t>
            </w:r>
            <w:proofErr w:type="spellEnd"/>
          </w:p>
        </w:tc>
        <w:tc>
          <w:tcPr>
            <w:tcW w:w="3270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E0BBD2E" w14:textId="77777777" w:rsidR="00B53144" w:rsidRDefault="00B53144">
            <w:pPr>
              <w:spacing w:after="0" w:line="259" w:lineRule="auto"/>
            </w:pPr>
            <w:r>
              <w:rPr>
                <w:rFonts w:cs="Calibri"/>
                <w:color w:val="1F2A37"/>
                <w:sz w:val="19"/>
              </w:rPr>
              <w:t>MUYS kaydı, protokol işlemleri, öğrenci talebi ve firma eşleştirme tamamlanır.</w:t>
            </w:r>
          </w:p>
        </w:tc>
        <w:tc>
          <w:tcPr>
            <w:tcW w:w="3270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</w:tcPr>
          <w:p w14:paraId="7F7E469E" w14:textId="3855C5D9" w:rsidR="00B53144" w:rsidRDefault="00E94DA1">
            <w:pPr>
              <w:spacing w:after="0" w:line="259" w:lineRule="auto"/>
              <w:rPr>
                <w:rFonts w:cs="Calibri"/>
                <w:color w:val="1F2A37"/>
                <w:sz w:val="19"/>
              </w:rPr>
            </w:pPr>
            <w:r>
              <w:rPr>
                <w:rFonts w:cs="Calibri"/>
                <w:color w:val="1F2A37"/>
                <w:sz w:val="19"/>
              </w:rPr>
              <w:t>11</w:t>
            </w:r>
            <w:r w:rsidR="00B53144">
              <w:rPr>
                <w:rFonts w:cs="Calibri"/>
                <w:color w:val="1F2A37"/>
                <w:sz w:val="19"/>
              </w:rPr>
              <w:t xml:space="preserve"> Eylül 2026</w:t>
            </w:r>
          </w:p>
        </w:tc>
      </w:tr>
      <w:tr w:rsidR="00B53144" w14:paraId="6FE903CA" w14:textId="2A680D71" w:rsidTr="00B53144">
        <w:tc>
          <w:tcPr>
            <w:tcW w:w="3958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5816FB0" w14:textId="77777777" w:rsidR="00B53144" w:rsidRDefault="00B53144">
            <w:pPr>
              <w:spacing w:after="0" w:line="259" w:lineRule="auto"/>
            </w:pPr>
            <w:r>
              <w:rPr>
                <w:rFonts w:cs="Calibri"/>
                <w:b/>
                <w:color w:val="1F2A37"/>
                <w:sz w:val="19"/>
              </w:rPr>
              <w:t xml:space="preserve">Ders </w:t>
            </w:r>
            <w:proofErr w:type="spellStart"/>
            <w:r>
              <w:rPr>
                <w:rFonts w:cs="Calibri"/>
                <w:b/>
                <w:color w:val="1F2A37"/>
                <w:sz w:val="19"/>
              </w:rPr>
              <w:t>kaydı</w:t>
            </w:r>
            <w:proofErr w:type="spellEnd"/>
            <w:r>
              <w:rPr>
                <w:rFonts w:cs="Calibri"/>
                <w:b/>
                <w:color w:val="1F2A37"/>
                <w:sz w:val="19"/>
              </w:rPr>
              <w:t xml:space="preserve"> </w:t>
            </w:r>
            <w:proofErr w:type="spellStart"/>
            <w:r>
              <w:rPr>
                <w:rFonts w:cs="Calibri"/>
                <w:b/>
                <w:color w:val="1F2A37"/>
                <w:sz w:val="19"/>
              </w:rPr>
              <w:t>haftası</w:t>
            </w:r>
            <w:proofErr w:type="spellEnd"/>
          </w:p>
        </w:tc>
        <w:tc>
          <w:tcPr>
            <w:tcW w:w="3270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1A69D31" w14:textId="77777777" w:rsidR="00B53144" w:rsidRDefault="00B53144">
            <w:pPr>
              <w:spacing w:after="0" w:line="259" w:lineRule="auto"/>
            </w:pPr>
            <w:r>
              <w:rPr>
                <w:rFonts w:cs="Calibri"/>
                <w:color w:val="1F2A37"/>
                <w:sz w:val="19"/>
              </w:rPr>
              <w:t>SGK süreci tamamlanmış olmalıdır.</w:t>
            </w:r>
          </w:p>
        </w:tc>
        <w:tc>
          <w:tcPr>
            <w:tcW w:w="3270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</w:tcPr>
          <w:p w14:paraId="74D88422" w14:textId="41021846" w:rsidR="00B53144" w:rsidRDefault="00B53144">
            <w:pPr>
              <w:spacing w:after="0" w:line="259" w:lineRule="auto"/>
              <w:rPr>
                <w:rFonts w:cs="Calibri"/>
                <w:color w:val="1F2A37"/>
                <w:sz w:val="19"/>
              </w:rPr>
            </w:pPr>
            <w:r>
              <w:rPr>
                <w:rFonts w:cs="Calibri"/>
                <w:color w:val="1F2A37"/>
                <w:sz w:val="19"/>
              </w:rPr>
              <w:t>14-1</w:t>
            </w:r>
            <w:r w:rsidR="00E94DA1">
              <w:rPr>
                <w:rFonts w:cs="Calibri"/>
                <w:color w:val="1F2A37"/>
                <w:sz w:val="19"/>
              </w:rPr>
              <w:t>8</w:t>
            </w:r>
            <w:r>
              <w:rPr>
                <w:rFonts w:cs="Calibri"/>
                <w:color w:val="1F2A37"/>
                <w:sz w:val="19"/>
              </w:rPr>
              <w:t xml:space="preserve"> Eylül 2026</w:t>
            </w:r>
          </w:p>
        </w:tc>
      </w:tr>
      <w:tr w:rsidR="00B53144" w14:paraId="543CD876" w14:textId="3152159F" w:rsidTr="00B53144">
        <w:tc>
          <w:tcPr>
            <w:tcW w:w="3958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94355EB" w14:textId="77777777" w:rsidR="00B53144" w:rsidRDefault="00B53144">
            <w:pPr>
              <w:spacing w:after="0" w:line="259" w:lineRule="auto"/>
            </w:pPr>
            <w:r>
              <w:rPr>
                <w:rFonts w:cs="Calibri"/>
                <w:b/>
                <w:color w:val="1F2A37"/>
                <w:sz w:val="19"/>
              </w:rPr>
              <w:t xml:space="preserve">Akademik </w:t>
            </w:r>
            <w:proofErr w:type="spellStart"/>
            <w:r>
              <w:rPr>
                <w:rFonts w:cs="Calibri"/>
                <w:b/>
                <w:color w:val="1F2A37"/>
                <w:sz w:val="19"/>
              </w:rPr>
              <w:t>takvimde</w:t>
            </w:r>
            <w:proofErr w:type="spellEnd"/>
            <w:r>
              <w:rPr>
                <w:rFonts w:cs="Calibri"/>
                <w:b/>
                <w:color w:val="1F2A37"/>
                <w:sz w:val="19"/>
              </w:rPr>
              <w:t xml:space="preserve"> </w:t>
            </w:r>
            <w:proofErr w:type="spellStart"/>
            <w:r>
              <w:rPr>
                <w:rFonts w:cs="Calibri"/>
                <w:b/>
                <w:color w:val="1F2A37"/>
                <w:sz w:val="19"/>
              </w:rPr>
              <w:t>belirtilen</w:t>
            </w:r>
            <w:proofErr w:type="spellEnd"/>
            <w:r>
              <w:rPr>
                <w:rFonts w:cs="Calibri"/>
                <w:b/>
                <w:color w:val="1F2A37"/>
                <w:sz w:val="19"/>
              </w:rPr>
              <w:t xml:space="preserve"> </w:t>
            </w:r>
            <w:proofErr w:type="spellStart"/>
            <w:r>
              <w:rPr>
                <w:rFonts w:cs="Calibri"/>
                <w:b/>
                <w:color w:val="1F2A37"/>
                <w:sz w:val="19"/>
              </w:rPr>
              <w:t>tarih</w:t>
            </w:r>
            <w:proofErr w:type="spellEnd"/>
          </w:p>
        </w:tc>
        <w:tc>
          <w:tcPr>
            <w:tcW w:w="3270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743EF37" w14:textId="77777777" w:rsidR="00B53144" w:rsidRDefault="00B53144">
            <w:pPr>
              <w:spacing w:after="0" w:line="259" w:lineRule="auto"/>
            </w:pPr>
            <w:r>
              <w:rPr>
                <w:rFonts w:cs="Calibri"/>
                <w:color w:val="1F2A37"/>
                <w:sz w:val="19"/>
              </w:rPr>
              <w:t>SABİS ders seçimi yapılır.</w:t>
            </w:r>
          </w:p>
        </w:tc>
        <w:tc>
          <w:tcPr>
            <w:tcW w:w="3270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</w:tcPr>
          <w:p w14:paraId="3514459C" w14:textId="0816F28E" w:rsidR="00B53144" w:rsidRDefault="00B53144">
            <w:pPr>
              <w:spacing w:after="0" w:line="259" w:lineRule="auto"/>
              <w:rPr>
                <w:rFonts w:cs="Calibri"/>
                <w:color w:val="1F2A37"/>
                <w:sz w:val="19"/>
              </w:rPr>
            </w:pPr>
            <w:r>
              <w:rPr>
                <w:rFonts w:cs="Calibri"/>
                <w:color w:val="1F2A37"/>
                <w:sz w:val="19"/>
              </w:rPr>
              <w:t>14-15-16 Eylül 2026</w:t>
            </w:r>
          </w:p>
        </w:tc>
      </w:tr>
      <w:tr w:rsidR="00B53144" w14:paraId="4DDF2006" w14:textId="65BF4B22" w:rsidTr="00B53144">
        <w:tc>
          <w:tcPr>
            <w:tcW w:w="3958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D490BA5" w14:textId="77777777" w:rsidR="00B53144" w:rsidRDefault="00B53144">
            <w:pPr>
              <w:spacing w:after="0" w:line="259" w:lineRule="auto"/>
            </w:pPr>
            <w:proofErr w:type="spellStart"/>
            <w:r>
              <w:rPr>
                <w:rFonts w:cs="Calibri"/>
                <w:b/>
                <w:color w:val="1F2A37"/>
                <w:sz w:val="19"/>
              </w:rPr>
              <w:t>Eğitim-öğretimin</w:t>
            </w:r>
            <w:proofErr w:type="spellEnd"/>
            <w:r>
              <w:rPr>
                <w:rFonts w:cs="Calibri"/>
                <w:b/>
                <w:color w:val="1F2A37"/>
                <w:sz w:val="19"/>
              </w:rPr>
              <w:t xml:space="preserve"> ilk </w:t>
            </w:r>
            <w:proofErr w:type="spellStart"/>
            <w:r>
              <w:rPr>
                <w:rFonts w:cs="Calibri"/>
                <w:b/>
                <w:color w:val="1F2A37"/>
                <w:sz w:val="19"/>
              </w:rPr>
              <w:t>haftası</w:t>
            </w:r>
            <w:proofErr w:type="spellEnd"/>
          </w:p>
        </w:tc>
        <w:tc>
          <w:tcPr>
            <w:tcW w:w="3270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6509E8C" w14:textId="77777777" w:rsidR="00B53144" w:rsidRDefault="00B53144">
            <w:pPr>
              <w:spacing w:after="0" w:line="259" w:lineRule="auto"/>
            </w:pPr>
            <w:r>
              <w:rPr>
                <w:rFonts w:cs="Calibri"/>
                <w:color w:val="1F2A37"/>
                <w:sz w:val="19"/>
              </w:rPr>
              <w:t>UMDE başlar; bölüm başkanlığı danışman atamasını yapar.</w:t>
            </w:r>
          </w:p>
        </w:tc>
        <w:tc>
          <w:tcPr>
            <w:tcW w:w="3270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</w:tcPr>
          <w:p w14:paraId="76B252E8" w14:textId="63B76932" w:rsidR="00B53144" w:rsidRDefault="00B53144">
            <w:pPr>
              <w:spacing w:after="0" w:line="259" w:lineRule="auto"/>
              <w:rPr>
                <w:rFonts w:cs="Calibri"/>
                <w:color w:val="1F2A37"/>
                <w:sz w:val="19"/>
              </w:rPr>
            </w:pPr>
            <w:r>
              <w:rPr>
                <w:rFonts w:cs="Calibri"/>
                <w:color w:val="1F2A37"/>
                <w:sz w:val="19"/>
              </w:rPr>
              <w:t>21 Eylül 2026</w:t>
            </w:r>
          </w:p>
        </w:tc>
      </w:tr>
      <w:tr w:rsidR="00B53144" w14:paraId="70CEB0E9" w14:textId="32237C47" w:rsidTr="00B53144">
        <w:tc>
          <w:tcPr>
            <w:tcW w:w="3958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3DC64BE" w14:textId="77777777" w:rsidR="00B53144" w:rsidRDefault="00B53144">
            <w:pPr>
              <w:spacing w:after="0" w:line="259" w:lineRule="auto"/>
            </w:pPr>
            <w:r>
              <w:rPr>
                <w:rFonts w:cs="Calibri"/>
                <w:b/>
                <w:color w:val="1F2A37"/>
                <w:sz w:val="19"/>
              </w:rPr>
              <w:t>4. hafta</w:t>
            </w:r>
          </w:p>
        </w:tc>
        <w:tc>
          <w:tcPr>
            <w:tcW w:w="3270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9118957" w14:textId="77777777" w:rsidR="00B53144" w:rsidRDefault="00B53144">
            <w:pPr>
              <w:spacing w:after="0" w:line="259" w:lineRule="auto"/>
            </w:pPr>
            <w:r>
              <w:rPr>
                <w:rFonts w:cs="Calibri"/>
                <w:color w:val="1F2A37"/>
                <w:sz w:val="19"/>
              </w:rPr>
              <w:t>1. çalışma raporu teslim edilir.</w:t>
            </w:r>
          </w:p>
        </w:tc>
        <w:tc>
          <w:tcPr>
            <w:tcW w:w="3270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</w:tcPr>
          <w:p w14:paraId="16637C26" w14:textId="017E39D9" w:rsidR="00B53144" w:rsidRDefault="00B53144">
            <w:pPr>
              <w:spacing w:after="0" w:line="259" w:lineRule="auto"/>
              <w:rPr>
                <w:rFonts w:cs="Calibri"/>
                <w:color w:val="1F2A37"/>
                <w:sz w:val="19"/>
              </w:rPr>
            </w:pPr>
            <w:r>
              <w:rPr>
                <w:rFonts w:cs="Calibri"/>
                <w:color w:val="1F2A37"/>
                <w:sz w:val="19"/>
              </w:rPr>
              <w:t>16 Ekim 2026</w:t>
            </w:r>
          </w:p>
        </w:tc>
      </w:tr>
      <w:tr w:rsidR="00B53144" w14:paraId="2077DC9D" w14:textId="019E74CE" w:rsidTr="00B53144">
        <w:tc>
          <w:tcPr>
            <w:tcW w:w="3958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465C079" w14:textId="77777777" w:rsidR="00B53144" w:rsidRDefault="00B53144">
            <w:pPr>
              <w:spacing w:after="0" w:line="259" w:lineRule="auto"/>
            </w:pPr>
            <w:r>
              <w:rPr>
                <w:rFonts w:cs="Calibri"/>
                <w:b/>
                <w:color w:val="1F2A37"/>
                <w:sz w:val="19"/>
              </w:rPr>
              <w:t>8. hafta</w:t>
            </w:r>
          </w:p>
        </w:tc>
        <w:tc>
          <w:tcPr>
            <w:tcW w:w="3270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E95B61B" w14:textId="77777777" w:rsidR="00B53144" w:rsidRDefault="00B53144">
            <w:pPr>
              <w:spacing w:after="0" w:line="259" w:lineRule="auto"/>
            </w:pPr>
            <w:r>
              <w:rPr>
                <w:rFonts w:cs="Calibri"/>
                <w:color w:val="1F2A37"/>
                <w:sz w:val="19"/>
              </w:rPr>
              <w:t>2. çalışma raporu teslim edilir.</w:t>
            </w:r>
          </w:p>
        </w:tc>
        <w:tc>
          <w:tcPr>
            <w:tcW w:w="3270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</w:tcPr>
          <w:p w14:paraId="36F3C2C0" w14:textId="79E452E2" w:rsidR="00B53144" w:rsidRDefault="00B53144">
            <w:pPr>
              <w:spacing w:after="0" w:line="259" w:lineRule="auto"/>
              <w:rPr>
                <w:rFonts w:cs="Calibri"/>
                <w:color w:val="1F2A37"/>
                <w:sz w:val="19"/>
              </w:rPr>
            </w:pPr>
            <w:r>
              <w:rPr>
                <w:rFonts w:cs="Calibri"/>
                <w:color w:val="1F2A37"/>
                <w:sz w:val="19"/>
              </w:rPr>
              <w:t xml:space="preserve">13 </w:t>
            </w:r>
            <w:proofErr w:type="spellStart"/>
            <w:r>
              <w:rPr>
                <w:rFonts w:cs="Calibri"/>
                <w:color w:val="1F2A37"/>
                <w:sz w:val="19"/>
              </w:rPr>
              <w:t>Kasım</w:t>
            </w:r>
            <w:proofErr w:type="spellEnd"/>
            <w:r>
              <w:rPr>
                <w:rFonts w:cs="Calibri"/>
                <w:color w:val="1F2A37"/>
                <w:sz w:val="19"/>
              </w:rPr>
              <w:t xml:space="preserve"> 2026</w:t>
            </w:r>
          </w:p>
        </w:tc>
      </w:tr>
      <w:tr w:rsidR="00B53144" w14:paraId="4EE1C433" w14:textId="40831745" w:rsidTr="00B53144">
        <w:tc>
          <w:tcPr>
            <w:tcW w:w="3958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1572C5B" w14:textId="77777777" w:rsidR="00B53144" w:rsidRDefault="00B53144">
            <w:pPr>
              <w:spacing w:after="0" w:line="259" w:lineRule="auto"/>
            </w:pPr>
            <w:r>
              <w:rPr>
                <w:rFonts w:cs="Calibri"/>
                <w:b/>
                <w:color w:val="1F2A37"/>
                <w:sz w:val="19"/>
              </w:rPr>
              <w:t>12. hafta</w:t>
            </w:r>
          </w:p>
        </w:tc>
        <w:tc>
          <w:tcPr>
            <w:tcW w:w="3270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84D772C" w14:textId="77777777" w:rsidR="00B53144" w:rsidRDefault="00B53144">
            <w:pPr>
              <w:spacing w:after="0" w:line="259" w:lineRule="auto"/>
            </w:pPr>
            <w:r>
              <w:rPr>
                <w:rFonts w:cs="Calibri"/>
                <w:color w:val="1F2A37"/>
                <w:sz w:val="19"/>
              </w:rPr>
              <w:t>3. çalışma raporu teslim edilir.</w:t>
            </w:r>
          </w:p>
        </w:tc>
        <w:tc>
          <w:tcPr>
            <w:tcW w:w="3270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</w:tcPr>
          <w:p w14:paraId="00207701" w14:textId="17F1FB62" w:rsidR="00B53144" w:rsidRDefault="00B53144">
            <w:pPr>
              <w:spacing w:after="0" w:line="259" w:lineRule="auto"/>
              <w:rPr>
                <w:rFonts w:cs="Calibri"/>
                <w:color w:val="1F2A37"/>
                <w:sz w:val="19"/>
              </w:rPr>
            </w:pPr>
            <w:r>
              <w:rPr>
                <w:rFonts w:cs="Calibri"/>
                <w:color w:val="1F2A37"/>
                <w:sz w:val="19"/>
              </w:rPr>
              <w:t xml:space="preserve">11 </w:t>
            </w:r>
            <w:proofErr w:type="spellStart"/>
            <w:r>
              <w:rPr>
                <w:rFonts w:cs="Calibri"/>
                <w:color w:val="1F2A37"/>
                <w:sz w:val="19"/>
              </w:rPr>
              <w:t>Aralık</w:t>
            </w:r>
            <w:proofErr w:type="spellEnd"/>
            <w:r>
              <w:rPr>
                <w:rFonts w:cs="Calibri"/>
                <w:color w:val="1F2A37"/>
                <w:sz w:val="19"/>
              </w:rPr>
              <w:t xml:space="preserve"> 2026</w:t>
            </w:r>
          </w:p>
        </w:tc>
      </w:tr>
      <w:tr w:rsidR="00B53144" w14:paraId="78CB9CDF" w14:textId="78821908" w:rsidTr="00B53144">
        <w:tc>
          <w:tcPr>
            <w:tcW w:w="3958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630C40D" w14:textId="77777777" w:rsidR="00B53144" w:rsidRDefault="00B53144">
            <w:pPr>
              <w:spacing w:after="0" w:line="259" w:lineRule="auto"/>
            </w:pPr>
            <w:proofErr w:type="spellStart"/>
            <w:r>
              <w:rPr>
                <w:rFonts w:cs="Calibri"/>
                <w:b/>
                <w:color w:val="1F2A37"/>
                <w:sz w:val="19"/>
              </w:rPr>
              <w:lastRenderedPageBreak/>
              <w:t>Fakülte</w:t>
            </w:r>
            <w:proofErr w:type="spellEnd"/>
            <w:r>
              <w:rPr>
                <w:rFonts w:cs="Calibri"/>
                <w:b/>
                <w:color w:val="1F2A37"/>
                <w:sz w:val="19"/>
              </w:rPr>
              <w:t xml:space="preserve"> </w:t>
            </w:r>
            <w:proofErr w:type="spellStart"/>
            <w:r>
              <w:rPr>
                <w:rFonts w:cs="Calibri"/>
                <w:b/>
                <w:color w:val="1F2A37"/>
                <w:sz w:val="19"/>
              </w:rPr>
              <w:t>vize</w:t>
            </w:r>
            <w:proofErr w:type="spellEnd"/>
            <w:r>
              <w:rPr>
                <w:rFonts w:cs="Calibri"/>
                <w:b/>
                <w:color w:val="1F2A37"/>
                <w:sz w:val="19"/>
              </w:rPr>
              <w:t xml:space="preserve"> </w:t>
            </w:r>
            <w:proofErr w:type="spellStart"/>
            <w:r>
              <w:rPr>
                <w:rFonts w:cs="Calibri"/>
                <w:b/>
                <w:color w:val="1F2A37"/>
                <w:sz w:val="19"/>
              </w:rPr>
              <w:t>haftası</w:t>
            </w:r>
            <w:proofErr w:type="spellEnd"/>
          </w:p>
        </w:tc>
        <w:tc>
          <w:tcPr>
            <w:tcW w:w="3270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7DDF34C" w14:textId="77777777" w:rsidR="00B53144" w:rsidRDefault="00B53144">
            <w:pPr>
              <w:spacing w:after="0" w:line="259" w:lineRule="auto"/>
            </w:pPr>
            <w:r>
              <w:rPr>
                <w:rFonts w:cs="Calibri"/>
                <w:color w:val="1F2A37"/>
                <w:sz w:val="19"/>
              </w:rPr>
              <w:t>Ara sınav / ara değerlendirme yapılır.</w:t>
            </w:r>
          </w:p>
        </w:tc>
        <w:tc>
          <w:tcPr>
            <w:tcW w:w="3270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</w:tcPr>
          <w:p w14:paraId="3207468A" w14:textId="77777777" w:rsidR="00B53144" w:rsidRDefault="00B53144">
            <w:pPr>
              <w:spacing w:after="0" w:line="259" w:lineRule="auto"/>
              <w:rPr>
                <w:rFonts w:cs="Calibri"/>
                <w:color w:val="1F2A37"/>
                <w:sz w:val="19"/>
              </w:rPr>
            </w:pPr>
          </w:p>
        </w:tc>
      </w:tr>
      <w:tr w:rsidR="00B53144" w14:paraId="7397CBF2" w14:textId="5C29DCF2" w:rsidTr="00B53144">
        <w:tc>
          <w:tcPr>
            <w:tcW w:w="3958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64E174A" w14:textId="77777777" w:rsidR="00B53144" w:rsidRDefault="00B53144">
            <w:pPr>
              <w:spacing w:after="0" w:line="259" w:lineRule="auto"/>
            </w:pPr>
            <w:proofErr w:type="spellStart"/>
            <w:r>
              <w:rPr>
                <w:rFonts w:cs="Calibri"/>
                <w:b/>
                <w:color w:val="1F2A37"/>
                <w:sz w:val="19"/>
              </w:rPr>
              <w:t>Fakülte</w:t>
            </w:r>
            <w:proofErr w:type="spellEnd"/>
            <w:r>
              <w:rPr>
                <w:rFonts w:cs="Calibri"/>
                <w:b/>
                <w:color w:val="1F2A37"/>
                <w:sz w:val="19"/>
              </w:rPr>
              <w:t xml:space="preserve"> final </w:t>
            </w:r>
            <w:proofErr w:type="spellStart"/>
            <w:r>
              <w:rPr>
                <w:rFonts w:cs="Calibri"/>
                <w:b/>
                <w:color w:val="1F2A37"/>
                <w:sz w:val="19"/>
              </w:rPr>
              <w:t>haftası</w:t>
            </w:r>
            <w:proofErr w:type="spellEnd"/>
          </w:p>
        </w:tc>
        <w:tc>
          <w:tcPr>
            <w:tcW w:w="3270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CE04A85" w14:textId="77777777" w:rsidR="00B53144" w:rsidRDefault="00B53144">
            <w:pPr>
              <w:spacing w:after="0" w:line="259" w:lineRule="auto"/>
            </w:pPr>
            <w:r>
              <w:rPr>
                <w:rFonts w:cs="Calibri"/>
                <w:color w:val="1F2A37"/>
                <w:sz w:val="19"/>
              </w:rPr>
              <w:t>UMDE süreci sonlandırılır ve final değerlendirmesi tamamlanır.</w:t>
            </w:r>
          </w:p>
        </w:tc>
        <w:tc>
          <w:tcPr>
            <w:tcW w:w="3270" w:type="dxa"/>
            <w:tcBorders>
              <w:top w:val="single" w:sz="8" w:space="0" w:color="C9D3DF"/>
              <w:left w:val="single" w:sz="8" w:space="0" w:color="C9D3DF"/>
              <w:bottom w:val="single" w:sz="8" w:space="0" w:color="C9D3DF"/>
              <w:right w:val="single" w:sz="8" w:space="0" w:color="C9D3DF"/>
            </w:tcBorders>
          </w:tcPr>
          <w:p w14:paraId="4D0E0E53" w14:textId="3430AA9A" w:rsidR="00B53144" w:rsidRDefault="00B53144">
            <w:pPr>
              <w:spacing w:after="0" w:line="259" w:lineRule="auto"/>
              <w:rPr>
                <w:rFonts w:cs="Calibri"/>
                <w:color w:val="1F2A37"/>
                <w:sz w:val="19"/>
              </w:rPr>
            </w:pPr>
            <w:r>
              <w:rPr>
                <w:rFonts w:cs="Calibri"/>
                <w:color w:val="1F2A37"/>
                <w:sz w:val="19"/>
              </w:rPr>
              <w:t xml:space="preserve">28 </w:t>
            </w:r>
            <w:proofErr w:type="spellStart"/>
            <w:r>
              <w:rPr>
                <w:rFonts w:cs="Calibri"/>
                <w:color w:val="1F2A37"/>
                <w:sz w:val="19"/>
              </w:rPr>
              <w:t>Aralık</w:t>
            </w:r>
            <w:proofErr w:type="spellEnd"/>
            <w:r>
              <w:rPr>
                <w:rFonts w:cs="Calibri"/>
                <w:color w:val="1F2A37"/>
                <w:sz w:val="19"/>
              </w:rPr>
              <w:t xml:space="preserve"> 2026 – 10 Ocak 2027</w:t>
            </w:r>
          </w:p>
        </w:tc>
      </w:tr>
    </w:tbl>
    <w:p w14:paraId="2177F807" w14:textId="77777777" w:rsidR="00873585" w:rsidRDefault="00000000">
      <w:pPr>
        <w:spacing w:before="280" w:after="120"/>
      </w:pPr>
      <w:proofErr w:type="spellStart"/>
      <w:r>
        <w:rPr>
          <w:rFonts w:cs="Calibri"/>
          <w:b/>
          <w:color w:val="1F4E79"/>
          <w:sz w:val="32"/>
        </w:rPr>
        <w:t>Kısa</w:t>
      </w:r>
      <w:proofErr w:type="spellEnd"/>
      <w:r>
        <w:rPr>
          <w:rFonts w:cs="Calibri"/>
          <w:b/>
          <w:color w:val="1F4E79"/>
          <w:sz w:val="32"/>
        </w:rPr>
        <w:t xml:space="preserve"> </w:t>
      </w:r>
      <w:proofErr w:type="spellStart"/>
      <w:r>
        <w:rPr>
          <w:rFonts w:cs="Calibri"/>
          <w:b/>
          <w:color w:val="1F4E79"/>
          <w:sz w:val="32"/>
        </w:rPr>
        <w:t>Kontrol</w:t>
      </w:r>
      <w:proofErr w:type="spellEnd"/>
      <w:r>
        <w:rPr>
          <w:rFonts w:cs="Calibri"/>
          <w:b/>
          <w:color w:val="1F4E79"/>
          <w:sz w:val="32"/>
        </w:rPr>
        <w:t xml:space="preserve"> </w:t>
      </w:r>
      <w:proofErr w:type="spellStart"/>
      <w:r>
        <w:rPr>
          <w:rFonts w:cs="Calibri"/>
          <w:b/>
          <w:color w:val="1F4E79"/>
          <w:sz w:val="32"/>
        </w:rPr>
        <w:t>Listesi</w:t>
      </w:r>
      <w:proofErr w:type="spellEnd"/>
    </w:p>
    <w:p w14:paraId="1272FACA" w14:textId="77777777" w:rsidR="00873585" w:rsidRDefault="00000000">
      <w:pPr>
        <w:pStyle w:val="ListeMaddemi"/>
        <w:spacing w:after="60" w:line="269" w:lineRule="auto"/>
      </w:pPr>
      <w:r>
        <w:rPr>
          <w:rFonts w:cs="Calibri"/>
          <w:color w:val="1F2A37"/>
          <w:sz w:val="20"/>
        </w:rPr>
        <w:t>Ders kayıtlarından bir hafta önce tamamlanması gereken kayıt, talep, protokol ve eşleştirme adımları kapatıldı mı?</w:t>
      </w:r>
    </w:p>
    <w:p w14:paraId="600BCD7B" w14:textId="77777777" w:rsidR="00873585" w:rsidRDefault="00000000">
      <w:pPr>
        <w:pStyle w:val="ListeMaddemi"/>
        <w:spacing w:after="60" w:line="269" w:lineRule="auto"/>
      </w:pPr>
      <w:r>
        <w:rPr>
          <w:rFonts w:cs="Calibri"/>
          <w:color w:val="1F2A37"/>
          <w:sz w:val="20"/>
        </w:rPr>
        <w:t>SGK süreci ders kaydı haftasına kadar sonuçlandırıldı mı?</w:t>
      </w:r>
    </w:p>
    <w:p w14:paraId="3FD6C711" w14:textId="77777777" w:rsidR="00873585" w:rsidRDefault="00000000">
      <w:pPr>
        <w:pStyle w:val="ListeMaddemi"/>
        <w:spacing w:after="60" w:line="269" w:lineRule="auto"/>
      </w:pPr>
      <w:r>
        <w:rPr>
          <w:rFonts w:cs="Calibri"/>
          <w:color w:val="1F2A37"/>
          <w:sz w:val="20"/>
        </w:rPr>
        <w:t>Öğrenci SABİS ders seçimini akademik takvime göre yaptı mı?</w:t>
      </w:r>
    </w:p>
    <w:p w14:paraId="2D9FB9C8" w14:textId="77777777" w:rsidR="00873585" w:rsidRDefault="00000000">
      <w:pPr>
        <w:pStyle w:val="ListeMaddemi"/>
        <w:spacing w:after="60" w:line="269" w:lineRule="auto"/>
      </w:pPr>
      <w:r>
        <w:rPr>
          <w:rFonts w:cs="Calibri"/>
          <w:color w:val="1F2A37"/>
          <w:sz w:val="20"/>
        </w:rPr>
        <w:t>1., 2. ve 3. çalışma raporları sırasıyla 4., 8. ve 12. haftalarda takip edildi mi?</w:t>
      </w:r>
    </w:p>
    <w:p w14:paraId="63A708FE" w14:textId="77777777" w:rsidR="00873585" w:rsidRDefault="00000000">
      <w:pPr>
        <w:pStyle w:val="ListeMaddemi"/>
        <w:spacing w:after="60" w:line="269" w:lineRule="auto"/>
      </w:pPr>
      <w:r>
        <w:rPr>
          <w:rFonts w:cs="Calibri"/>
          <w:color w:val="1F2A37"/>
          <w:sz w:val="20"/>
        </w:rPr>
        <w:t>Ara değerlendirme vize haftasında, final değerlendirmesi final haftasında tamamlandı mı?</w:t>
      </w:r>
    </w:p>
    <w:p w14:paraId="29EEDD23" w14:textId="77777777" w:rsidR="00F71F6D" w:rsidRDefault="00F71F6D"/>
    <w:sectPr w:rsidR="00F71F6D" w:rsidSect="00034616">
      <w:footerReference w:type="default" r:id="rId8"/>
      <w:pgSz w:w="12240" w:h="15840"/>
      <w:pgMar w:top="1080" w:right="1080" w:bottom="1080" w:left="108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C3D06" w14:textId="77777777" w:rsidR="00FC7EBA" w:rsidRDefault="00FC7EBA">
      <w:pPr>
        <w:spacing w:after="0" w:line="240" w:lineRule="auto"/>
      </w:pPr>
      <w:r>
        <w:separator/>
      </w:r>
    </w:p>
  </w:endnote>
  <w:endnote w:type="continuationSeparator" w:id="0">
    <w:p w14:paraId="174E8848" w14:textId="77777777" w:rsidR="00FC7EBA" w:rsidRDefault="00FC7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D60C" w14:textId="77777777" w:rsidR="00873585" w:rsidRDefault="00000000">
    <w:pPr>
      <w:pStyle w:val="AltBilgi"/>
      <w:jc w:val="center"/>
    </w:pPr>
    <w:r>
      <w:rPr>
        <w:rFonts w:cs="Calibri"/>
        <w:color w:val="5B6774"/>
        <w:sz w:val="17"/>
      </w:rPr>
      <w:t xml:space="preserve">UMDE </w:t>
    </w:r>
    <w:proofErr w:type="spellStart"/>
    <w:r>
      <w:rPr>
        <w:rFonts w:cs="Calibri"/>
        <w:color w:val="5B6774"/>
        <w:sz w:val="17"/>
      </w:rPr>
      <w:t>Süreci</w:t>
    </w:r>
    <w:proofErr w:type="spellEnd"/>
    <w:r>
      <w:rPr>
        <w:rFonts w:cs="Calibri"/>
        <w:color w:val="5B6774"/>
        <w:sz w:val="17"/>
      </w:rPr>
      <w:t xml:space="preserve"> Genel </w:t>
    </w:r>
    <w:proofErr w:type="spellStart"/>
    <w:r>
      <w:rPr>
        <w:rFonts w:cs="Calibri"/>
        <w:color w:val="5B6774"/>
        <w:sz w:val="17"/>
      </w:rPr>
      <w:t>Akış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6A43C" w14:textId="77777777" w:rsidR="00FC7EBA" w:rsidRDefault="00FC7EBA">
      <w:pPr>
        <w:spacing w:after="0" w:line="240" w:lineRule="auto"/>
      </w:pPr>
      <w:r>
        <w:separator/>
      </w:r>
    </w:p>
  </w:footnote>
  <w:footnote w:type="continuationSeparator" w:id="0">
    <w:p w14:paraId="209031BC" w14:textId="77777777" w:rsidR="00FC7EBA" w:rsidRDefault="00FC7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4133054">
    <w:abstractNumId w:val="8"/>
  </w:num>
  <w:num w:numId="2" w16cid:durableId="351995314">
    <w:abstractNumId w:val="6"/>
  </w:num>
  <w:num w:numId="3" w16cid:durableId="132144747">
    <w:abstractNumId w:val="5"/>
  </w:num>
  <w:num w:numId="4" w16cid:durableId="731391754">
    <w:abstractNumId w:val="4"/>
  </w:num>
  <w:num w:numId="5" w16cid:durableId="2106731119">
    <w:abstractNumId w:val="7"/>
  </w:num>
  <w:num w:numId="6" w16cid:durableId="1289316132">
    <w:abstractNumId w:val="3"/>
  </w:num>
  <w:num w:numId="7" w16cid:durableId="1569219383">
    <w:abstractNumId w:val="2"/>
  </w:num>
  <w:num w:numId="8" w16cid:durableId="849107230">
    <w:abstractNumId w:val="1"/>
  </w:num>
  <w:num w:numId="9" w16cid:durableId="1728990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78B3"/>
    <w:rsid w:val="00262DE3"/>
    <w:rsid w:val="0029639D"/>
    <w:rsid w:val="00326F90"/>
    <w:rsid w:val="00474B92"/>
    <w:rsid w:val="00625662"/>
    <w:rsid w:val="00873585"/>
    <w:rsid w:val="008A2E4D"/>
    <w:rsid w:val="00AA1D8D"/>
    <w:rsid w:val="00B47730"/>
    <w:rsid w:val="00B53144"/>
    <w:rsid w:val="00CB0664"/>
    <w:rsid w:val="00E05C22"/>
    <w:rsid w:val="00E94DA1"/>
    <w:rsid w:val="00EB7C65"/>
    <w:rsid w:val="00EF1EEA"/>
    <w:rsid w:val="00F71F6D"/>
    <w:rsid w:val="00FC693F"/>
    <w:rsid w:val="00FC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6599D8"/>
  <w14:defaultImageDpi w14:val="300"/>
  <w15:docId w15:val="{870A292C-7CF9-40DE-8694-0A74AE68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Ezgi Cakmak</cp:lastModifiedBy>
  <cp:revision>4</cp:revision>
  <dcterms:created xsi:type="dcterms:W3CDTF">2026-08-24T12:22:00Z</dcterms:created>
  <dcterms:modified xsi:type="dcterms:W3CDTF">2026-08-25T10:38:00Z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2026-08-24T12:20:53Z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89bb3e44-deea-4987-90b1-b33842d4e015</vt:lpwstr>
  </property>
  <property fmtid="{D5CDD505-2E9C-101B-9397-08002B2CF9AE}" pid="7" name="MSIP_Label_defa4170-0d19-0005-0004-bc88714345d2_ActionId">
    <vt:lpwstr>c754da85-8d15-46d8-a561-7a93d87e8a2b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